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F892" w14:textId="77777777" w:rsidR="000842BA" w:rsidRPr="003B3C84" w:rsidRDefault="00000000" w:rsidP="000D01FF">
      <w:pPr>
        <w:pStyle w:val="Heading1"/>
        <w:spacing w:before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3C84">
        <w:rPr>
          <w:rFonts w:ascii="Times New Roman" w:hAnsi="Times New Roman" w:cs="Times New Roman"/>
          <w:sz w:val="32"/>
          <w:szCs w:val="32"/>
        </w:rPr>
        <w:t>Title of the Paper</w:t>
      </w:r>
    </w:p>
    <w:p w14:paraId="5070B189" w14:textId="77777777" w:rsidR="000842BA" w:rsidRPr="003B3C84" w:rsidRDefault="00000000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Author Name(s)</w:t>
      </w:r>
    </w:p>
    <w:p w14:paraId="0E57ACF7" w14:textId="77777777" w:rsidR="000842BA" w:rsidRPr="003B3C84" w:rsidRDefault="00000000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Department, Institution, City, Country</w:t>
      </w:r>
    </w:p>
    <w:p w14:paraId="54932B30" w14:textId="77777777" w:rsidR="000842BA" w:rsidRPr="003B3C84" w:rsidRDefault="00000000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Email: author@example.com</w:t>
      </w:r>
    </w:p>
    <w:p w14:paraId="402D95F0" w14:textId="77777777" w:rsidR="000D01FF" w:rsidRDefault="000D01FF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2A030" w14:textId="7172121B" w:rsidR="000842BA" w:rsidRPr="003B3C84" w:rsidRDefault="003B3C84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D81DF0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Provide a concise summary of the research problem, methodology, results, and key findings.</w:t>
      </w:r>
    </w:p>
    <w:p w14:paraId="1A016B7D" w14:textId="359BEA67" w:rsidR="000842BA" w:rsidRPr="003B3C84" w:rsidRDefault="00000000" w:rsidP="000D01FF">
      <w:pPr>
        <w:spacing w:line="360" w:lineRule="auto"/>
        <w:jc w:val="both"/>
        <w:rPr>
          <w:rFonts w:cs="Times New Roman"/>
          <w:i/>
          <w:iCs/>
          <w:szCs w:val="24"/>
        </w:rPr>
      </w:pPr>
      <w:r w:rsidRPr="003B3C84">
        <w:rPr>
          <w:rFonts w:cs="Times New Roman"/>
          <w:i/>
          <w:iCs/>
          <w:szCs w:val="24"/>
        </w:rPr>
        <w:t>Keywords: digital transformation, innovation, machine learning, IoT, blockchain</w:t>
      </w:r>
      <w:r w:rsidR="003B3C84" w:rsidRPr="003B3C84">
        <w:rPr>
          <w:rFonts w:cs="Times New Roman"/>
          <w:i/>
          <w:iCs/>
          <w:szCs w:val="24"/>
        </w:rPr>
        <w:t>.</w:t>
      </w:r>
    </w:p>
    <w:p w14:paraId="6CAAC7E4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1. Introduction</w:t>
      </w:r>
    </w:p>
    <w:p w14:paraId="6EC374FB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Present the background, research motivation, problem statement, and objectives of the study. Include any relevant literature overview or gap analysis.</w:t>
      </w:r>
    </w:p>
    <w:p w14:paraId="5B6BA476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2. Literature Review</w:t>
      </w:r>
    </w:p>
    <w:p w14:paraId="4B9136A2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key existing works, previous studies, or frameworks related to the topic. Discuss their relevance and identify gaps your study addresses.</w:t>
      </w:r>
    </w:p>
    <w:p w14:paraId="1CE9B0AE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3. Methodology</w:t>
      </w:r>
    </w:p>
    <w:p w14:paraId="4C2BD628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Explain the methods, materials, models, or algorithms used in the study. Include details about datasets, tools, technologies, and experimental setup.</w:t>
      </w:r>
    </w:p>
    <w:p w14:paraId="48C3994B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4. Results and Discussion</w:t>
      </w:r>
    </w:p>
    <w:p w14:paraId="12DCA725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Present the results with proper use of tables, figures, and graphs. Interpret findings and compare them with existing literature if relevant.</w:t>
      </w:r>
    </w:p>
    <w:p w14:paraId="3604E233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5. Conclusion and Future Work</w:t>
      </w:r>
    </w:p>
    <w:p w14:paraId="74669B5C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the key outcomes and contributions of your work. Briefly mention limitations and suggest directions for future research.</w:t>
      </w:r>
    </w:p>
    <w:p w14:paraId="1F631AA6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References</w:t>
      </w:r>
    </w:p>
    <w:p w14:paraId="201AE341" w14:textId="77777777" w:rsidR="003B3C84" w:rsidRPr="003B3C84" w:rsidRDefault="00000000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Use IEEE or APA style (journal-specific preference). Ensure citations in the body are consistent with this style.</w:t>
      </w:r>
    </w:p>
    <w:p w14:paraId="38022075" w14:textId="428CFB92" w:rsidR="000842BA" w:rsidRPr="003B3C84" w:rsidRDefault="00000000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lastRenderedPageBreak/>
        <w:t>Example (APA): Smith, J. (2020). Digital Transformation in Smart Cities. Journal of Tech Studies, 12(4), 201-213.</w:t>
      </w:r>
    </w:p>
    <w:p w14:paraId="44A3ED4A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Declaration (Optional)</w:t>
      </w:r>
    </w:p>
    <w:p w14:paraId="5FD2FFFB" w14:textId="77777777" w:rsidR="000842BA" w:rsidRPr="003B3C84" w:rsidRDefault="00000000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The authors declare that this manuscript is original, has not been published, and is not under consideration for publication elsewhere.</w:t>
      </w:r>
    </w:p>
    <w:p w14:paraId="3CB320B1" w14:textId="77777777" w:rsidR="000842BA" w:rsidRPr="003B3C84" w:rsidRDefault="00000000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Formatting Guidelines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5939"/>
      </w:tblGrid>
      <w:tr w:rsidR="000842BA" w:rsidRPr="003B3C84" w14:paraId="527B4FC3" w14:textId="77777777" w:rsidTr="003B3C84">
        <w:trPr>
          <w:trHeight w:val="277"/>
        </w:trPr>
        <w:tc>
          <w:tcPr>
            <w:tcW w:w="2358" w:type="dxa"/>
          </w:tcPr>
          <w:p w14:paraId="3EF9FE58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Element</w:t>
            </w:r>
          </w:p>
        </w:tc>
        <w:tc>
          <w:tcPr>
            <w:tcW w:w="5939" w:type="dxa"/>
          </w:tcPr>
          <w:p w14:paraId="179F39DB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Specification</w:t>
            </w:r>
          </w:p>
        </w:tc>
      </w:tr>
      <w:tr w:rsidR="000842BA" w:rsidRPr="003B3C84" w14:paraId="35CA4094" w14:textId="77777777" w:rsidTr="003B3C84">
        <w:trPr>
          <w:trHeight w:val="277"/>
        </w:trPr>
        <w:tc>
          <w:tcPr>
            <w:tcW w:w="2358" w:type="dxa"/>
          </w:tcPr>
          <w:p w14:paraId="5FAFD76F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</w:t>
            </w:r>
          </w:p>
        </w:tc>
        <w:tc>
          <w:tcPr>
            <w:tcW w:w="5939" w:type="dxa"/>
          </w:tcPr>
          <w:p w14:paraId="77E8B73B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Times New Roman</w:t>
            </w:r>
          </w:p>
        </w:tc>
      </w:tr>
      <w:tr w:rsidR="000842BA" w:rsidRPr="003B3C84" w14:paraId="75BE83B2" w14:textId="77777777" w:rsidTr="003B3C84">
        <w:trPr>
          <w:trHeight w:val="277"/>
        </w:trPr>
        <w:tc>
          <w:tcPr>
            <w:tcW w:w="2358" w:type="dxa"/>
          </w:tcPr>
          <w:p w14:paraId="2B1C4835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 Size</w:t>
            </w:r>
          </w:p>
        </w:tc>
        <w:tc>
          <w:tcPr>
            <w:tcW w:w="5939" w:type="dxa"/>
          </w:tcPr>
          <w:p w14:paraId="770AD5F1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12 pt (body), 16 pt (title), 11 pt (abstract/references)</w:t>
            </w:r>
          </w:p>
        </w:tc>
      </w:tr>
      <w:tr w:rsidR="000842BA" w:rsidRPr="003B3C84" w14:paraId="42F57484" w14:textId="77777777" w:rsidTr="003B3C84">
        <w:trPr>
          <w:trHeight w:val="277"/>
        </w:trPr>
        <w:tc>
          <w:tcPr>
            <w:tcW w:w="2358" w:type="dxa"/>
          </w:tcPr>
          <w:p w14:paraId="28CF3B54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Line Spacing</w:t>
            </w:r>
          </w:p>
        </w:tc>
        <w:tc>
          <w:tcPr>
            <w:tcW w:w="5939" w:type="dxa"/>
          </w:tcPr>
          <w:p w14:paraId="3123BC24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1.5</w:t>
            </w:r>
          </w:p>
        </w:tc>
      </w:tr>
      <w:tr w:rsidR="000842BA" w:rsidRPr="003B3C84" w14:paraId="230FDD91" w14:textId="77777777" w:rsidTr="003B3C84">
        <w:trPr>
          <w:trHeight w:val="277"/>
        </w:trPr>
        <w:tc>
          <w:tcPr>
            <w:tcW w:w="2358" w:type="dxa"/>
          </w:tcPr>
          <w:p w14:paraId="5D83B1B6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Margins</w:t>
            </w:r>
          </w:p>
        </w:tc>
        <w:tc>
          <w:tcPr>
            <w:tcW w:w="5939" w:type="dxa"/>
          </w:tcPr>
          <w:p w14:paraId="20457114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 inch (all sides)</w:t>
            </w:r>
          </w:p>
        </w:tc>
      </w:tr>
      <w:tr w:rsidR="000842BA" w:rsidRPr="003B3C84" w14:paraId="65871B03" w14:textId="77777777" w:rsidTr="003B3C84">
        <w:trPr>
          <w:trHeight w:val="277"/>
        </w:trPr>
        <w:tc>
          <w:tcPr>
            <w:tcW w:w="2358" w:type="dxa"/>
          </w:tcPr>
          <w:p w14:paraId="32B3BA3A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Alignment</w:t>
            </w:r>
          </w:p>
        </w:tc>
        <w:tc>
          <w:tcPr>
            <w:tcW w:w="5939" w:type="dxa"/>
          </w:tcPr>
          <w:p w14:paraId="33FBFF8A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Justified (except title &amp; headings)</w:t>
            </w:r>
          </w:p>
        </w:tc>
      </w:tr>
      <w:tr w:rsidR="000842BA" w:rsidRPr="003B3C84" w14:paraId="441FDF46" w14:textId="77777777" w:rsidTr="003B3C84">
        <w:trPr>
          <w:trHeight w:val="277"/>
        </w:trPr>
        <w:tc>
          <w:tcPr>
            <w:tcW w:w="2358" w:type="dxa"/>
          </w:tcPr>
          <w:p w14:paraId="0B241FAE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Columns</w:t>
            </w:r>
          </w:p>
        </w:tc>
        <w:tc>
          <w:tcPr>
            <w:tcW w:w="5939" w:type="dxa"/>
          </w:tcPr>
          <w:p w14:paraId="03E004AC" w14:textId="5AF7F31B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Single column</w:t>
            </w:r>
          </w:p>
        </w:tc>
      </w:tr>
      <w:tr w:rsidR="000842BA" w:rsidRPr="003B3C84" w14:paraId="4009A9AA" w14:textId="77777777" w:rsidTr="003B3C84">
        <w:trPr>
          <w:trHeight w:val="277"/>
        </w:trPr>
        <w:tc>
          <w:tcPr>
            <w:tcW w:w="2358" w:type="dxa"/>
          </w:tcPr>
          <w:p w14:paraId="15C56164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Page Numbers</w:t>
            </w:r>
          </w:p>
        </w:tc>
        <w:tc>
          <w:tcPr>
            <w:tcW w:w="5939" w:type="dxa"/>
          </w:tcPr>
          <w:p w14:paraId="5035EE74" w14:textId="77777777" w:rsidR="000842BA" w:rsidRPr="003B3C84" w:rsidRDefault="00000000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Bottom-right corner</w:t>
            </w:r>
          </w:p>
        </w:tc>
      </w:tr>
    </w:tbl>
    <w:p w14:paraId="4DBEAA36" w14:textId="77777777" w:rsidR="006F1C3A" w:rsidRPr="003B3C84" w:rsidRDefault="006F1C3A" w:rsidP="000D01FF">
      <w:pPr>
        <w:spacing w:line="360" w:lineRule="auto"/>
        <w:jc w:val="both"/>
        <w:rPr>
          <w:rFonts w:cs="Times New Roman"/>
          <w:szCs w:val="24"/>
        </w:rPr>
      </w:pPr>
    </w:p>
    <w:sectPr w:rsidR="006F1C3A" w:rsidRPr="003B3C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4287781">
    <w:abstractNumId w:val="8"/>
  </w:num>
  <w:num w:numId="2" w16cid:durableId="1647969918">
    <w:abstractNumId w:val="6"/>
  </w:num>
  <w:num w:numId="3" w16cid:durableId="390034934">
    <w:abstractNumId w:val="5"/>
  </w:num>
  <w:num w:numId="4" w16cid:durableId="486484310">
    <w:abstractNumId w:val="4"/>
  </w:num>
  <w:num w:numId="5" w16cid:durableId="968053002">
    <w:abstractNumId w:val="7"/>
  </w:num>
  <w:num w:numId="6" w16cid:durableId="745766135">
    <w:abstractNumId w:val="3"/>
  </w:num>
  <w:num w:numId="7" w16cid:durableId="1340501198">
    <w:abstractNumId w:val="2"/>
  </w:num>
  <w:num w:numId="8" w16cid:durableId="1238322067">
    <w:abstractNumId w:val="1"/>
  </w:num>
  <w:num w:numId="9" w16cid:durableId="187079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2BA"/>
    <w:rsid w:val="000D01FF"/>
    <w:rsid w:val="00122BD8"/>
    <w:rsid w:val="0015074B"/>
    <w:rsid w:val="0029639D"/>
    <w:rsid w:val="00326F90"/>
    <w:rsid w:val="003B3C84"/>
    <w:rsid w:val="006238E2"/>
    <w:rsid w:val="006F1C3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4D0BC4"/>
  <w14:defaultImageDpi w14:val="300"/>
  <w15:docId w15:val="{ACCD5DBA-D397-4D5E-B695-5FD65724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Kishore Kumar</cp:lastModifiedBy>
  <cp:revision>2</cp:revision>
  <dcterms:created xsi:type="dcterms:W3CDTF">2025-04-15T11:49:00Z</dcterms:created>
  <dcterms:modified xsi:type="dcterms:W3CDTF">2025-04-15T11:49:00Z</dcterms:modified>
  <cp:category/>
</cp:coreProperties>
</file>